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B42C" w14:textId="41AC80E2" w:rsidR="0010252B" w:rsidRPr="00032590" w:rsidRDefault="0010252B" w:rsidP="00C300BF">
      <w:pPr>
        <w:spacing w:after="0"/>
        <w:rPr>
          <w:rFonts w:ascii="Arial" w:hAnsi="Arial" w:cs="Arial"/>
          <w:b/>
          <w:bCs/>
        </w:rPr>
      </w:pPr>
      <w:r w:rsidRPr="00032590">
        <w:rPr>
          <w:rFonts w:ascii="Arial" w:hAnsi="Arial" w:cs="Arial"/>
          <w:b/>
          <w:bCs/>
        </w:rPr>
        <w:t xml:space="preserve">Allegato </w:t>
      </w:r>
      <w:r w:rsidR="00161C97">
        <w:rPr>
          <w:rFonts w:ascii="Arial" w:hAnsi="Arial" w:cs="Arial"/>
          <w:b/>
          <w:bCs/>
        </w:rPr>
        <w:t>B</w:t>
      </w:r>
      <w:r w:rsidRPr="00032590">
        <w:rPr>
          <w:rFonts w:ascii="Arial" w:hAnsi="Arial" w:cs="Arial"/>
          <w:b/>
          <w:bCs/>
        </w:rPr>
        <w:t xml:space="preserve"> – DOMANDA DI AMMISSIONE</w:t>
      </w:r>
    </w:p>
    <w:p w14:paraId="6EC7D7EB" w14:textId="7AA4AE66" w:rsidR="0010252B" w:rsidRDefault="0010252B" w:rsidP="0010252B">
      <w:pPr>
        <w:rPr>
          <w:rFonts w:ascii="Arial" w:hAnsi="Arial" w:cs="Arial"/>
        </w:rPr>
      </w:pPr>
      <w:r w:rsidRPr="00032590">
        <w:rPr>
          <w:rFonts w:ascii="Arial" w:hAnsi="Arial" w:cs="Arial"/>
        </w:rPr>
        <w:t>(da</w:t>
      </w:r>
      <w:r w:rsidR="00161C97">
        <w:rPr>
          <w:rFonts w:ascii="Arial" w:hAnsi="Arial" w:cs="Arial"/>
        </w:rPr>
        <w:t xml:space="preserve"> compilare e</w:t>
      </w:r>
      <w:r w:rsidRPr="00032590">
        <w:rPr>
          <w:rFonts w:ascii="Arial" w:hAnsi="Arial" w:cs="Arial"/>
        </w:rPr>
        <w:t xml:space="preserve"> inviare via mail a</w:t>
      </w:r>
      <w:r w:rsidR="00E34EDE" w:rsidRPr="00032590">
        <w:rPr>
          <w:rFonts w:ascii="Arial" w:hAnsi="Arial" w:cs="Arial"/>
        </w:rPr>
        <w:t xml:space="preserve"> </w:t>
      </w:r>
      <w:hyperlink r:id="rId8" w:history="1">
        <w:r w:rsidR="00161C97" w:rsidRPr="00C614B9">
          <w:rPr>
            <w:rStyle w:val="Collegamentoipertestuale"/>
            <w:rFonts w:ascii="Arial" w:hAnsi="Arial" w:cs="Arial"/>
          </w:rPr>
          <w:t>debora.martina@centrostudi.it</w:t>
        </w:r>
      </w:hyperlink>
      <w:r w:rsidRPr="00032590">
        <w:rPr>
          <w:rFonts w:ascii="Arial" w:hAnsi="Arial" w:cs="Arial"/>
        </w:rPr>
        <w:t>)</w:t>
      </w:r>
    </w:p>
    <w:p w14:paraId="5A4D2CDC" w14:textId="77777777" w:rsidR="00C300BF" w:rsidRPr="00032590" w:rsidRDefault="00C300BF" w:rsidP="0010252B">
      <w:pPr>
        <w:rPr>
          <w:rFonts w:ascii="Arial" w:hAnsi="Arial" w:cs="Arial"/>
        </w:rPr>
      </w:pPr>
    </w:p>
    <w:p w14:paraId="10B8CBA2" w14:textId="77777777" w:rsidR="0010252B" w:rsidRPr="00032590" w:rsidRDefault="0010252B" w:rsidP="0010252B">
      <w:pPr>
        <w:spacing w:after="0"/>
        <w:jc w:val="right"/>
        <w:rPr>
          <w:rFonts w:ascii="Arial" w:hAnsi="Arial" w:cs="Arial"/>
        </w:rPr>
      </w:pPr>
      <w:r w:rsidRPr="00032590">
        <w:rPr>
          <w:rFonts w:ascii="Arial" w:hAnsi="Arial" w:cs="Arial"/>
        </w:rPr>
        <w:t>Spett.le</w:t>
      </w:r>
    </w:p>
    <w:p w14:paraId="1C68C624" w14:textId="77777777" w:rsidR="0010252B" w:rsidRPr="00032590" w:rsidRDefault="0010252B" w:rsidP="0010252B">
      <w:pPr>
        <w:spacing w:after="0"/>
        <w:jc w:val="right"/>
        <w:rPr>
          <w:rFonts w:ascii="Arial" w:hAnsi="Arial" w:cs="Arial"/>
        </w:rPr>
      </w:pPr>
      <w:r w:rsidRPr="00032590">
        <w:rPr>
          <w:rFonts w:ascii="Arial" w:hAnsi="Arial" w:cs="Arial"/>
        </w:rPr>
        <w:t>CENTRO STUDI SUPERIORI SRL</w:t>
      </w:r>
    </w:p>
    <w:p w14:paraId="7A862712" w14:textId="77777777" w:rsidR="0010252B" w:rsidRPr="00032590" w:rsidRDefault="0010252B" w:rsidP="0010252B">
      <w:pPr>
        <w:spacing w:after="0"/>
        <w:jc w:val="right"/>
        <w:rPr>
          <w:rFonts w:ascii="Arial" w:hAnsi="Arial" w:cs="Arial"/>
        </w:rPr>
      </w:pPr>
      <w:r w:rsidRPr="00032590">
        <w:rPr>
          <w:rFonts w:ascii="Arial" w:hAnsi="Arial" w:cs="Arial"/>
        </w:rPr>
        <w:t>sede di Via Maglio del Rame 6</w:t>
      </w:r>
    </w:p>
    <w:p w14:paraId="0795CF22" w14:textId="77777777" w:rsidR="0010252B" w:rsidRPr="00032590" w:rsidRDefault="0010252B" w:rsidP="0010252B">
      <w:pPr>
        <w:jc w:val="right"/>
        <w:rPr>
          <w:rFonts w:ascii="Arial" w:hAnsi="Arial" w:cs="Arial"/>
        </w:rPr>
      </w:pPr>
      <w:r w:rsidRPr="00032590">
        <w:rPr>
          <w:rFonts w:ascii="Arial" w:hAnsi="Arial" w:cs="Arial"/>
        </w:rPr>
        <w:t>24124 Bergamo (BG)</w:t>
      </w:r>
    </w:p>
    <w:p w14:paraId="16544461" w14:textId="5846DBFC" w:rsidR="0010252B" w:rsidRPr="00032590" w:rsidRDefault="0010252B" w:rsidP="0010252B">
      <w:pPr>
        <w:jc w:val="both"/>
        <w:rPr>
          <w:rFonts w:ascii="Arial" w:hAnsi="Arial" w:cs="Arial"/>
          <w:b/>
          <w:bCs/>
        </w:rPr>
      </w:pPr>
      <w:r w:rsidRPr="00032590">
        <w:rPr>
          <w:rFonts w:ascii="Arial" w:hAnsi="Arial" w:cs="Arial"/>
          <w:b/>
          <w:bCs/>
        </w:rPr>
        <w:t xml:space="preserve">OGGETTO: Domanda di ammissione – </w:t>
      </w:r>
      <w:r w:rsidR="00FC5307" w:rsidRPr="00032590">
        <w:rPr>
          <w:rFonts w:ascii="Arial" w:hAnsi="Arial" w:cs="Arial"/>
          <w:b/>
          <w:bCs/>
        </w:rPr>
        <w:t>CORSO DI ALTA FORMAZIONE PER DIRETTORE SPORTIVO – EDIZIONE 2025</w:t>
      </w:r>
      <w:r w:rsidR="00317177">
        <w:rPr>
          <w:rFonts w:ascii="Arial" w:hAnsi="Arial" w:cs="Arial"/>
          <w:b/>
          <w:bCs/>
        </w:rPr>
        <w:t>-26.</w:t>
      </w:r>
    </w:p>
    <w:p w14:paraId="69ADD95F" w14:textId="77777777" w:rsidR="00547DB7" w:rsidRPr="00032590" w:rsidRDefault="00547DB7">
      <w:pPr>
        <w:rPr>
          <w:rFonts w:ascii="Arial" w:hAnsi="Arial" w:cs="Arial"/>
        </w:rPr>
      </w:pPr>
    </w:p>
    <w:p w14:paraId="3CA8E8E1" w14:textId="0744C013" w:rsidR="003062A2" w:rsidRPr="0043508E" w:rsidRDefault="0043508E" w:rsidP="0043508E">
      <w:pPr>
        <w:jc w:val="center"/>
        <w:rPr>
          <w:rFonts w:ascii="Arial" w:hAnsi="Arial" w:cs="Arial"/>
          <w:b/>
          <w:bCs/>
        </w:rPr>
      </w:pPr>
      <w:r w:rsidRPr="0043508E">
        <w:rPr>
          <w:rFonts w:ascii="Arial" w:hAnsi="Arial" w:cs="Arial"/>
          <w:b/>
          <w:bCs/>
        </w:rPr>
        <w:t>IO SOTTOSCRITTO/A</w:t>
      </w:r>
    </w:p>
    <w:p w14:paraId="6C8F311E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Cognome: ____________________________________________________________________</w:t>
      </w:r>
    </w:p>
    <w:p w14:paraId="4C5C40C9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Nome: _______________________________________________________________________</w:t>
      </w:r>
    </w:p>
    <w:p w14:paraId="0A2E46A6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Codice Fiscale: ________________________________________________________________</w:t>
      </w:r>
    </w:p>
    <w:p w14:paraId="2C5909CD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Nato/a a: __________________________________ Prov.: ______ il: _____/_____/_________</w:t>
      </w:r>
    </w:p>
    <w:p w14:paraId="6ED9B97D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Residente a: ______________________________________ Prov.: ______ CAP: ___________</w:t>
      </w:r>
    </w:p>
    <w:p w14:paraId="31ADDD35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Indirizzo: _____________________________________________________________________</w:t>
      </w:r>
    </w:p>
    <w:p w14:paraId="760C0A33" w14:textId="77777777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Cittadinanza: _________________________________________________________________</w:t>
      </w:r>
    </w:p>
    <w:p w14:paraId="46F03F76" w14:textId="003FC023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Tesserato</w:t>
      </w:r>
      <w:r w:rsidR="00FC5307">
        <w:rPr>
          <w:rFonts w:ascii="Arial" w:hAnsi="Arial" w:cs="Arial"/>
        </w:rPr>
        <w:t>/a</w:t>
      </w:r>
      <w:r w:rsidRPr="00032590">
        <w:rPr>
          <w:rFonts w:ascii="Arial" w:hAnsi="Arial" w:cs="Arial"/>
        </w:rPr>
        <w:t xml:space="preserve"> in qualità di: _______________________________________ dal (</w:t>
      </w:r>
      <w:r w:rsidRPr="00032590">
        <w:rPr>
          <w:rFonts w:ascii="Arial" w:hAnsi="Arial" w:cs="Arial"/>
          <w:i/>
          <w:iCs/>
        </w:rPr>
        <w:t>anno</w:t>
      </w:r>
      <w:r w:rsidRPr="00032590">
        <w:rPr>
          <w:rFonts w:ascii="Arial" w:hAnsi="Arial" w:cs="Arial"/>
        </w:rPr>
        <w:t>): ________</w:t>
      </w:r>
    </w:p>
    <w:p w14:paraId="680A1C01" w14:textId="2CDDDCC9" w:rsidR="00547DB7" w:rsidRPr="00032590" w:rsidRDefault="00547DB7" w:rsidP="00547DB7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</w:rPr>
        <w:t>Telefono: ____________________________ E-mail: __________________________________</w:t>
      </w:r>
    </w:p>
    <w:p w14:paraId="1ACBCC5F" w14:textId="4CEA5091" w:rsidR="003062A2" w:rsidRP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PEC:</w:t>
      </w:r>
      <w:r w:rsidR="00547DB7" w:rsidRPr="00032590">
        <w:rPr>
          <w:rFonts w:ascii="Arial" w:hAnsi="Arial" w:cs="Arial"/>
        </w:rPr>
        <w:t xml:space="preserve"> __________________________________ Professione: ___________________________</w:t>
      </w:r>
    </w:p>
    <w:p w14:paraId="22594EA9" w14:textId="4B837C17" w:rsidR="003062A2" w:rsidRP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Azienda/Ente di appartenenza:</w:t>
      </w:r>
      <w:r w:rsidR="00547DB7" w:rsidRPr="00032590">
        <w:rPr>
          <w:rFonts w:ascii="Arial" w:hAnsi="Arial" w:cs="Arial"/>
        </w:rPr>
        <w:t xml:space="preserve"> ___________________________________________________</w:t>
      </w:r>
    </w:p>
    <w:p w14:paraId="337B2A0C" w14:textId="76AF66FC" w:rsidR="00547DB7" w:rsidRP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Tesseramento sportivo presso FSN:</w:t>
      </w:r>
      <w:r w:rsidR="00547DB7" w:rsidRPr="00032590">
        <w:rPr>
          <w:rFonts w:ascii="Arial" w:hAnsi="Arial" w:cs="Arial"/>
        </w:rPr>
        <w:t xml:space="preserve"> _______________________________________________ </w:t>
      </w:r>
    </w:p>
    <w:p w14:paraId="36F558E8" w14:textId="4F925AC6" w:rsidR="003062A2" w:rsidRP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Società (categoria agonistica/FSN):</w:t>
      </w:r>
      <w:r w:rsidR="00547DB7" w:rsidRPr="00032590">
        <w:rPr>
          <w:rFonts w:ascii="Arial" w:hAnsi="Arial" w:cs="Arial"/>
        </w:rPr>
        <w:t xml:space="preserve"> ________________________________________________</w:t>
      </w:r>
    </w:p>
    <w:p w14:paraId="7D60919F" w14:textId="3F3E2EB3" w:rsidR="003062A2" w:rsidRP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Qualifica/abilitazione:</w:t>
      </w:r>
      <w:r w:rsidR="00547DB7" w:rsidRPr="00032590">
        <w:rPr>
          <w:rFonts w:ascii="Arial" w:hAnsi="Arial" w:cs="Arial"/>
        </w:rPr>
        <w:t xml:space="preserve"> ___________________________________________________________</w:t>
      </w:r>
    </w:p>
    <w:p w14:paraId="7CBF7CB1" w14:textId="4F81EA76" w:rsidR="003062A2" w:rsidRP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Ruolo svolto:</w:t>
      </w:r>
      <w:r w:rsidR="00547DB7" w:rsidRPr="00032590">
        <w:rPr>
          <w:rFonts w:ascii="Arial" w:hAnsi="Arial" w:cs="Arial"/>
        </w:rPr>
        <w:t xml:space="preserve"> _________________________________________________________________</w:t>
      </w:r>
    </w:p>
    <w:p w14:paraId="5B0F2C03" w14:textId="77777777" w:rsidR="0043508E" w:rsidRDefault="0043508E" w:rsidP="0043508E">
      <w:pPr>
        <w:jc w:val="center"/>
        <w:rPr>
          <w:rFonts w:ascii="Arial" w:hAnsi="Arial" w:cs="Arial"/>
          <w:b/>
          <w:bCs/>
        </w:rPr>
      </w:pPr>
    </w:p>
    <w:p w14:paraId="62D29084" w14:textId="0343CCA9" w:rsidR="003062A2" w:rsidRPr="00032590" w:rsidRDefault="004234BF" w:rsidP="0043508E">
      <w:pPr>
        <w:jc w:val="center"/>
        <w:rPr>
          <w:rFonts w:ascii="Arial" w:hAnsi="Arial" w:cs="Arial"/>
          <w:b/>
          <w:bCs/>
        </w:rPr>
      </w:pPr>
      <w:r w:rsidRPr="00032590">
        <w:rPr>
          <w:rFonts w:ascii="Arial" w:hAnsi="Arial" w:cs="Arial"/>
          <w:b/>
          <w:bCs/>
        </w:rPr>
        <w:t>CHIEDO</w:t>
      </w:r>
      <w:r w:rsidR="0043508E">
        <w:rPr>
          <w:rFonts w:ascii="Arial" w:hAnsi="Arial" w:cs="Arial"/>
          <w:b/>
          <w:bCs/>
        </w:rPr>
        <w:t xml:space="preserve"> </w:t>
      </w:r>
      <w:r w:rsidR="0043508E" w:rsidRPr="00032590">
        <w:rPr>
          <w:rFonts w:ascii="Arial" w:hAnsi="Arial" w:cs="Arial"/>
          <w:b/>
          <w:bCs/>
        </w:rPr>
        <w:t xml:space="preserve">DI ESSERE AMMESSO/A AL </w:t>
      </w:r>
      <w:r w:rsidR="00FF63FE" w:rsidRPr="00032590">
        <w:rPr>
          <w:rFonts w:ascii="Arial" w:hAnsi="Arial" w:cs="Arial"/>
          <w:b/>
          <w:bCs/>
        </w:rPr>
        <w:t>CORSO DI ALTA FORMAZIONE PER DIRETTORE SPORTIVO – EDIZIONE 2025-26.</w:t>
      </w:r>
    </w:p>
    <w:p w14:paraId="2A1FC918" w14:textId="1F01DCF6" w:rsidR="00032590" w:rsidRDefault="00161C97" w:rsidP="0043508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e a tal scopo </w:t>
      </w:r>
      <w:r w:rsidRPr="00032590">
        <w:rPr>
          <w:rFonts w:ascii="Arial" w:hAnsi="Arial" w:cs="Arial"/>
          <w:b/>
          <w:bCs/>
        </w:rPr>
        <w:t>DICHIARO</w:t>
      </w:r>
      <w:r w:rsidR="0043508E">
        <w:rPr>
          <w:rFonts w:ascii="Arial" w:hAnsi="Arial" w:cs="Arial"/>
          <w:b/>
          <w:bCs/>
        </w:rPr>
        <w:t>:</w:t>
      </w:r>
    </w:p>
    <w:p w14:paraId="4E06D6F2" w14:textId="6E651EA0" w:rsidR="003062A2" w:rsidRPr="00032590" w:rsidRDefault="00032590" w:rsidP="00032590">
      <w:pPr>
        <w:jc w:val="center"/>
        <w:rPr>
          <w:rFonts w:ascii="Arial" w:hAnsi="Arial" w:cs="Arial"/>
        </w:rPr>
      </w:pPr>
      <w:r w:rsidRPr="00032590">
        <w:rPr>
          <w:rFonts w:ascii="Arial" w:hAnsi="Arial" w:cs="Arial"/>
          <w:i/>
          <w:iCs/>
          <w:sz w:val="18"/>
          <w:szCs w:val="18"/>
        </w:rPr>
        <w:t xml:space="preserve">ai sensi degli artt. 3, 46 e 47 del D.P.R. n. 445/2000 e </w:t>
      </w:r>
      <w:proofErr w:type="spellStart"/>
      <w:r w:rsidRPr="00032590">
        <w:rPr>
          <w:rFonts w:ascii="Arial" w:hAnsi="Arial" w:cs="Arial"/>
          <w:i/>
          <w:iCs/>
          <w:sz w:val="18"/>
          <w:szCs w:val="18"/>
        </w:rPr>
        <w:t>s.m.i.</w:t>
      </w:r>
      <w:proofErr w:type="spellEnd"/>
      <w:r w:rsidRPr="00032590">
        <w:rPr>
          <w:rFonts w:ascii="Arial" w:hAnsi="Arial" w:cs="Arial"/>
          <w:i/>
          <w:iCs/>
          <w:sz w:val="18"/>
          <w:szCs w:val="18"/>
        </w:rPr>
        <w:t xml:space="preserve"> e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032590">
        <w:rPr>
          <w:rFonts w:ascii="Arial" w:hAnsi="Arial" w:cs="Arial"/>
          <w:i/>
          <w:iCs/>
          <w:sz w:val="18"/>
          <w:szCs w:val="18"/>
        </w:rPr>
        <w:t>consapevole dei contenuti di cui all’art. 76 del D.P.R. n.</w:t>
      </w:r>
      <w:r w:rsidR="0043508E">
        <w:rPr>
          <w:rFonts w:ascii="Arial" w:hAnsi="Arial" w:cs="Arial"/>
          <w:i/>
          <w:iCs/>
          <w:sz w:val="18"/>
          <w:szCs w:val="18"/>
        </w:rPr>
        <w:t xml:space="preserve"> </w:t>
      </w:r>
      <w:r w:rsidRPr="00032590">
        <w:rPr>
          <w:rFonts w:ascii="Arial" w:hAnsi="Arial" w:cs="Arial"/>
          <w:i/>
          <w:iCs/>
          <w:sz w:val="18"/>
          <w:szCs w:val="18"/>
        </w:rPr>
        <w:t xml:space="preserve">445/2000, in caso di dichiarazioni non veritiere, falsità negli atti, uso o esibizione di atti falsi o contenenti dati non più veritieri, sotto la propria responsabilità, il possesso dei requisiti di ammissione di cui </w:t>
      </w:r>
      <w:r>
        <w:rPr>
          <w:rFonts w:ascii="Arial" w:hAnsi="Arial" w:cs="Arial"/>
          <w:i/>
          <w:iCs/>
          <w:sz w:val="18"/>
          <w:szCs w:val="18"/>
        </w:rPr>
        <w:t>al</w:t>
      </w:r>
      <w:r w:rsidRPr="00032590">
        <w:rPr>
          <w:rFonts w:ascii="Arial" w:hAnsi="Arial" w:cs="Arial"/>
          <w:i/>
          <w:iCs/>
          <w:sz w:val="18"/>
          <w:szCs w:val="18"/>
        </w:rPr>
        <w:t xml:space="preserve"> Bando</w:t>
      </w:r>
      <w:r>
        <w:rPr>
          <w:rFonts w:ascii="Arial" w:hAnsi="Arial" w:cs="Arial"/>
          <w:i/>
          <w:iCs/>
          <w:sz w:val="18"/>
          <w:szCs w:val="18"/>
        </w:rPr>
        <w:t xml:space="preserve"> di ammissione</w:t>
      </w:r>
      <w:r w:rsidRPr="00032590">
        <w:rPr>
          <w:rFonts w:ascii="Arial" w:hAnsi="Arial" w:cs="Arial"/>
          <w:i/>
          <w:iCs/>
          <w:sz w:val="18"/>
          <w:szCs w:val="18"/>
        </w:rPr>
        <w:t>, anche ai fini della partecipazione alla prova di esame di abilitazione per l’iscrizione nell’Elenco Speciale dei Direttori Sportivi, e precisamente</w:t>
      </w:r>
      <w:r>
        <w:rPr>
          <w:rFonts w:ascii="Arial" w:hAnsi="Arial" w:cs="Arial"/>
          <w:i/>
          <w:iCs/>
          <w:sz w:val="18"/>
          <w:szCs w:val="18"/>
        </w:rPr>
        <w:t>:</w:t>
      </w:r>
    </w:p>
    <w:p w14:paraId="3D597765" w14:textId="77777777" w:rsidR="00547DB7" w:rsidRPr="00032590" w:rsidRDefault="00547DB7" w:rsidP="00032590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di godere dei diritti civili;</w:t>
      </w:r>
    </w:p>
    <w:p w14:paraId="1B23C139" w14:textId="2F9EEE05" w:rsidR="00547DB7" w:rsidRPr="00032590" w:rsidRDefault="00547DB7" w:rsidP="00032590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di non aver riportato condanne a pene detentive, con sentenza passata in giudicato, superiori a un anno per delitti non colposi;</w:t>
      </w:r>
    </w:p>
    <w:p w14:paraId="4BE8333F" w14:textId="0C0AF91C" w:rsidR="00547DB7" w:rsidRPr="00032590" w:rsidRDefault="00547DB7" w:rsidP="00032590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di non essere stato</w:t>
      </w:r>
      <w:r w:rsidR="00B56F8B">
        <w:rPr>
          <w:rFonts w:ascii="Arial" w:hAnsi="Arial" w:cs="Arial"/>
        </w:rPr>
        <w:t>/</w:t>
      </w:r>
      <w:proofErr w:type="spellStart"/>
      <w:proofErr w:type="gramStart"/>
      <w:r w:rsidR="00B56F8B">
        <w:rPr>
          <w:rFonts w:ascii="Arial" w:hAnsi="Arial" w:cs="Arial"/>
        </w:rPr>
        <w:t>a</w:t>
      </w:r>
      <w:proofErr w:type="spellEnd"/>
      <w:proofErr w:type="gramEnd"/>
      <w:r w:rsidRPr="00032590">
        <w:rPr>
          <w:rFonts w:ascii="Arial" w:hAnsi="Arial" w:cs="Arial"/>
        </w:rPr>
        <w:t xml:space="preserve"> dichiarato</w:t>
      </w:r>
      <w:r w:rsidR="00B56F8B">
        <w:rPr>
          <w:rFonts w:ascii="Arial" w:hAnsi="Arial" w:cs="Arial"/>
        </w:rPr>
        <w:t>/a</w:t>
      </w:r>
      <w:r w:rsidRPr="00032590">
        <w:rPr>
          <w:rFonts w:ascii="Arial" w:hAnsi="Arial" w:cs="Arial"/>
        </w:rPr>
        <w:t xml:space="preserve"> interdetto, inabilitato o sottoposto a procedura di liquidazione giudiziale;</w:t>
      </w:r>
    </w:p>
    <w:p w14:paraId="56768FC2" w14:textId="6BEC96F6" w:rsidR="00547DB7" w:rsidRPr="00032590" w:rsidRDefault="00547DB7" w:rsidP="00032590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di non essere stato</w:t>
      </w:r>
      <w:r w:rsidR="00B56F8B">
        <w:rPr>
          <w:rFonts w:ascii="Arial" w:hAnsi="Arial" w:cs="Arial"/>
        </w:rPr>
        <w:t>/</w:t>
      </w:r>
      <w:proofErr w:type="gramStart"/>
      <w:r w:rsidR="00B56F8B">
        <w:rPr>
          <w:rFonts w:ascii="Arial" w:hAnsi="Arial" w:cs="Arial"/>
        </w:rPr>
        <w:t>a</w:t>
      </w:r>
      <w:proofErr w:type="gramEnd"/>
      <w:r w:rsidRPr="00032590">
        <w:rPr>
          <w:rFonts w:ascii="Arial" w:hAnsi="Arial" w:cs="Arial"/>
        </w:rPr>
        <w:t xml:space="preserve"> assoggettato</w:t>
      </w:r>
      <w:r w:rsidR="00B56F8B">
        <w:rPr>
          <w:rFonts w:ascii="Arial" w:hAnsi="Arial" w:cs="Arial"/>
        </w:rPr>
        <w:t>/a</w:t>
      </w:r>
      <w:r w:rsidRPr="00032590">
        <w:rPr>
          <w:rFonts w:ascii="Arial" w:hAnsi="Arial" w:cs="Arial"/>
        </w:rPr>
        <w:t xml:space="preserve"> </w:t>
      </w:r>
      <w:proofErr w:type="spellStart"/>
      <w:r w:rsidRPr="00032590">
        <w:rPr>
          <w:rFonts w:ascii="Arial" w:hAnsi="Arial" w:cs="Arial"/>
        </w:rPr>
        <w:t>a</w:t>
      </w:r>
      <w:proofErr w:type="spellEnd"/>
      <w:r w:rsidRPr="00032590">
        <w:rPr>
          <w:rFonts w:ascii="Arial" w:hAnsi="Arial" w:cs="Arial"/>
        </w:rPr>
        <w:t xml:space="preserve"> provvedimento di preclusione da ogni rango o categoria della F.I.G.C.;</w:t>
      </w:r>
    </w:p>
    <w:p w14:paraId="35A196E1" w14:textId="7B91DD1F" w:rsidR="00547DB7" w:rsidRPr="00032590" w:rsidRDefault="00547DB7" w:rsidP="00032590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di essere in regola con le disposizioni di cui all’art. 3, co. 1, lett. f) del bando di ammissione, ovvero di soddisfare i requisiti previsti dal Regolamento dell’Elenco Speciale dei Direttori Sportivi e I requisiti di onorabilità previsti dalle Norme Organizzative Interne della F.I.G.C.</w:t>
      </w:r>
      <w:r w:rsidR="00032590" w:rsidRPr="00032590">
        <w:rPr>
          <w:rFonts w:ascii="Arial" w:hAnsi="Arial" w:cs="Arial"/>
        </w:rPr>
        <w:t>;</w:t>
      </w:r>
    </w:p>
    <w:p w14:paraId="3336B4B6" w14:textId="2BF5462C" w:rsidR="00547DB7" w:rsidRPr="00032590" w:rsidRDefault="00547DB7" w:rsidP="00032590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di essere in regola con le disposizioni di cui all’art. 3, co. 3, lett. a) e b), del bando di ammissione, ovvero:</w:t>
      </w:r>
    </w:p>
    <w:p w14:paraId="52ACA1BE" w14:textId="62696D0D" w:rsidR="00547DB7" w:rsidRPr="00032590" w:rsidRDefault="00547DB7" w:rsidP="0043508E">
      <w:pPr>
        <w:pStyle w:val="Paragrafoelenco"/>
        <w:numPr>
          <w:ilvl w:val="1"/>
          <w:numId w:val="18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non svolgere l’attività di agente sportivo e non essere iscritto/a al Registro Nazionale CONI e di non aver svolto tale attività successivamente al 31 dicembre 2023 e non essere stato/a iscritto/a negli appositi Registri federali;</w:t>
      </w:r>
    </w:p>
    <w:p w14:paraId="6C3E08D9" w14:textId="0523FEF0" w:rsidR="003062A2" w:rsidRDefault="00547DB7" w:rsidP="0043508E">
      <w:pPr>
        <w:pStyle w:val="Paragrafoelenco"/>
        <w:numPr>
          <w:ilvl w:val="1"/>
          <w:numId w:val="18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essere in regola con eventuali posizioni debitorie nei confronti della F.I.G.C.</w:t>
      </w:r>
    </w:p>
    <w:p w14:paraId="5D1CC76E" w14:textId="77777777" w:rsidR="0043508E" w:rsidRPr="00032590" w:rsidRDefault="0043508E" w:rsidP="0043508E">
      <w:pPr>
        <w:pStyle w:val="Paragrafoelenco"/>
        <w:ind w:left="1080"/>
        <w:jc w:val="both"/>
        <w:rPr>
          <w:rFonts w:ascii="Arial" w:hAnsi="Arial" w:cs="Arial"/>
        </w:rPr>
      </w:pPr>
    </w:p>
    <w:p w14:paraId="7CE92453" w14:textId="07EB8269" w:rsidR="003062A2" w:rsidRPr="0043508E" w:rsidRDefault="004234BF" w:rsidP="0043508E">
      <w:pPr>
        <w:pStyle w:val="Paragrafoelenco"/>
        <w:numPr>
          <w:ilvl w:val="0"/>
          <w:numId w:val="17"/>
        </w:numPr>
        <w:rPr>
          <w:rFonts w:ascii="Arial" w:hAnsi="Arial" w:cs="Arial"/>
        </w:rPr>
      </w:pPr>
      <w:r w:rsidRPr="0043508E">
        <w:rPr>
          <w:rFonts w:ascii="Arial" w:hAnsi="Arial" w:cs="Arial"/>
        </w:rPr>
        <w:t xml:space="preserve">di aver conseguito il </w:t>
      </w:r>
      <w:r w:rsidR="00032590" w:rsidRPr="0043508E">
        <w:rPr>
          <w:rFonts w:ascii="Arial" w:hAnsi="Arial" w:cs="Arial"/>
        </w:rPr>
        <w:t xml:space="preserve">seguente </w:t>
      </w:r>
      <w:r w:rsidRPr="0043508E">
        <w:rPr>
          <w:rFonts w:ascii="Arial" w:hAnsi="Arial" w:cs="Arial"/>
        </w:rPr>
        <w:t>diploma di scuola secondaria di secondo grado:</w:t>
      </w:r>
    </w:p>
    <w:p w14:paraId="6132FDCA" w14:textId="286D55D9" w:rsidR="00032590" w:rsidRDefault="004234BF">
      <w:pPr>
        <w:rPr>
          <w:rFonts w:ascii="Arial" w:hAnsi="Arial" w:cs="Arial"/>
        </w:rPr>
      </w:pPr>
      <w:r w:rsidRPr="00032590">
        <w:rPr>
          <w:rFonts w:ascii="Arial" w:hAnsi="Arial" w:cs="Arial"/>
        </w:rPr>
        <w:t>Istituto:</w:t>
      </w:r>
      <w:r w:rsidR="00032590" w:rsidRPr="00032590">
        <w:rPr>
          <w:rFonts w:ascii="Arial" w:hAnsi="Arial" w:cs="Arial"/>
        </w:rPr>
        <w:t xml:space="preserve"> _____________________</w:t>
      </w:r>
      <w:r w:rsidR="00032590">
        <w:rPr>
          <w:rFonts w:ascii="Arial" w:hAnsi="Arial" w:cs="Arial"/>
        </w:rPr>
        <w:t>________ Comune: __________________ Provincia: ______</w:t>
      </w:r>
    </w:p>
    <w:p w14:paraId="3E152BAE" w14:textId="500C7335" w:rsidR="003062A2" w:rsidRPr="00032590" w:rsidRDefault="00032590">
      <w:pPr>
        <w:rPr>
          <w:rFonts w:ascii="Arial" w:hAnsi="Arial" w:cs="Arial"/>
        </w:rPr>
      </w:pPr>
      <w:r w:rsidRPr="00032590">
        <w:rPr>
          <w:rFonts w:ascii="Arial" w:hAnsi="Arial" w:cs="Arial"/>
        </w:rPr>
        <w:t>Tipo</w:t>
      </w:r>
      <w:r>
        <w:rPr>
          <w:rFonts w:ascii="Arial" w:hAnsi="Arial" w:cs="Arial"/>
        </w:rPr>
        <w:t>logia</w:t>
      </w:r>
      <w:r w:rsidRPr="00032590">
        <w:rPr>
          <w:rFonts w:ascii="Arial" w:hAnsi="Arial" w:cs="Arial"/>
        </w:rPr>
        <w:t>: ________</w:t>
      </w:r>
      <w:r>
        <w:rPr>
          <w:rFonts w:ascii="Arial" w:hAnsi="Arial" w:cs="Arial"/>
        </w:rPr>
        <w:t>____</w:t>
      </w:r>
      <w:r w:rsidRPr="0003259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  <w:r w:rsidRPr="00032590">
        <w:rPr>
          <w:rFonts w:ascii="Arial" w:hAnsi="Arial" w:cs="Arial"/>
        </w:rPr>
        <w:t>_________Voto: ____/_____</w:t>
      </w:r>
    </w:p>
    <w:p w14:paraId="14B5A7B4" w14:textId="78BC3C74" w:rsidR="003062A2" w:rsidRDefault="008972D8" w:rsidP="0043508E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</w:rPr>
      </w:pPr>
      <w:r w:rsidRPr="0043508E">
        <w:rPr>
          <w:rFonts w:ascii="Arial" w:hAnsi="Arial" w:cs="Arial"/>
        </w:rPr>
        <w:t>di non essere nelle condizioni personali di incompatibilità o, comunque, ostative all’iscrizione nell’Elenco Speciale Direttori Sportivi di cui al Regolamento del C.U. n. 10 del 26 novembre 2018;</w:t>
      </w:r>
    </w:p>
    <w:p w14:paraId="5145C524" w14:textId="3256AF4C" w:rsidR="002A38BC" w:rsidRDefault="00927BB5" w:rsidP="002A38BC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avere le seguenti esperienze pregresse</w:t>
      </w:r>
      <w:r w:rsidR="002A38BC">
        <w:rPr>
          <w:rFonts w:ascii="Arial" w:hAnsi="Arial" w:cs="Arial"/>
        </w:rPr>
        <w:t xml:space="preserve"> (di cui all’art 4, comma 3 dal Bando):</w:t>
      </w:r>
    </w:p>
    <w:p w14:paraId="7851A62E" w14:textId="46D6CECD" w:rsidR="00927BB5" w:rsidRDefault="002A38BC" w:rsidP="00927BB5">
      <w:p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________</w:t>
      </w:r>
      <w:r>
        <w:rPr>
          <w:rFonts w:ascii="Arial" w:hAnsi="Arial" w:cs="Arial"/>
        </w:rPr>
        <w:t>____</w:t>
      </w:r>
      <w:r w:rsidRPr="0003259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  <w:r w:rsidRPr="00032590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</w:t>
      </w:r>
    </w:p>
    <w:p w14:paraId="5B9A3142" w14:textId="77777777" w:rsidR="002A38BC" w:rsidRPr="00927BB5" w:rsidRDefault="002A38BC" w:rsidP="002A38BC">
      <w:p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________</w:t>
      </w:r>
      <w:r>
        <w:rPr>
          <w:rFonts w:ascii="Arial" w:hAnsi="Arial" w:cs="Arial"/>
        </w:rPr>
        <w:t>____</w:t>
      </w:r>
      <w:r w:rsidRPr="0003259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  <w:r w:rsidRPr="00032590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</w:t>
      </w:r>
    </w:p>
    <w:p w14:paraId="45609202" w14:textId="77777777" w:rsidR="002A38BC" w:rsidRPr="00927BB5" w:rsidRDefault="002A38BC" w:rsidP="002A38BC">
      <w:p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________</w:t>
      </w:r>
      <w:r>
        <w:rPr>
          <w:rFonts w:ascii="Arial" w:hAnsi="Arial" w:cs="Arial"/>
        </w:rPr>
        <w:t>____</w:t>
      </w:r>
      <w:r w:rsidRPr="0003259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  <w:r w:rsidRPr="00032590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</w:t>
      </w:r>
    </w:p>
    <w:p w14:paraId="24CE392F" w14:textId="77777777" w:rsidR="002A38BC" w:rsidRPr="00927BB5" w:rsidRDefault="002A38BC" w:rsidP="002A38BC">
      <w:p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________</w:t>
      </w:r>
      <w:r>
        <w:rPr>
          <w:rFonts w:ascii="Arial" w:hAnsi="Arial" w:cs="Arial"/>
        </w:rPr>
        <w:t>____</w:t>
      </w:r>
      <w:r w:rsidRPr="0003259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  <w:r w:rsidRPr="00032590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</w:t>
      </w:r>
    </w:p>
    <w:p w14:paraId="16748D7A" w14:textId="77777777" w:rsidR="002A38BC" w:rsidRPr="00927BB5" w:rsidRDefault="002A38BC" w:rsidP="002A38BC">
      <w:pPr>
        <w:jc w:val="both"/>
        <w:rPr>
          <w:rFonts w:ascii="Arial" w:hAnsi="Arial" w:cs="Arial"/>
        </w:rPr>
      </w:pPr>
      <w:r w:rsidRPr="00032590">
        <w:rPr>
          <w:rFonts w:ascii="Arial" w:hAnsi="Arial" w:cs="Arial"/>
        </w:rPr>
        <w:t>________</w:t>
      </w:r>
      <w:r>
        <w:rPr>
          <w:rFonts w:ascii="Arial" w:hAnsi="Arial" w:cs="Arial"/>
        </w:rPr>
        <w:t>____</w:t>
      </w:r>
      <w:r w:rsidRPr="0003259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  <w:r w:rsidRPr="00032590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</w:t>
      </w:r>
    </w:p>
    <w:p w14:paraId="047C0939" w14:textId="77777777" w:rsidR="002A38BC" w:rsidRPr="00927BB5" w:rsidRDefault="002A38BC" w:rsidP="00927BB5">
      <w:pPr>
        <w:jc w:val="both"/>
        <w:rPr>
          <w:rFonts w:ascii="Arial" w:hAnsi="Arial" w:cs="Arial"/>
        </w:rPr>
      </w:pPr>
    </w:p>
    <w:p w14:paraId="72F07DBF" w14:textId="77777777" w:rsidR="002A38BC" w:rsidRDefault="002A38B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7EF5566" w14:textId="10644D27" w:rsidR="003062A2" w:rsidRDefault="004234BF" w:rsidP="0043508E">
      <w:pPr>
        <w:spacing w:after="0"/>
        <w:jc w:val="center"/>
        <w:rPr>
          <w:rFonts w:ascii="Arial" w:hAnsi="Arial" w:cs="Arial"/>
          <w:b/>
          <w:bCs/>
        </w:rPr>
      </w:pPr>
      <w:r w:rsidRPr="00032590">
        <w:rPr>
          <w:rFonts w:ascii="Arial" w:hAnsi="Arial" w:cs="Arial"/>
          <w:b/>
          <w:bCs/>
        </w:rPr>
        <w:lastRenderedPageBreak/>
        <w:t xml:space="preserve">DICHIARO </w:t>
      </w:r>
      <w:r w:rsidR="0043508E">
        <w:rPr>
          <w:rFonts w:ascii="Arial" w:hAnsi="Arial" w:cs="Arial"/>
          <w:b/>
          <w:bCs/>
        </w:rPr>
        <w:t>infine:</w:t>
      </w:r>
    </w:p>
    <w:p w14:paraId="142FA4FA" w14:textId="02D8B47C" w:rsidR="0043508E" w:rsidRPr="0043508E" w:rsidRDefault="0043508E" w:rsidP="0010252B">
      <w:pPr>
        <w:jc w:val="center"/>
        <w:rPr>
          <w:rFonts w:ascii="Arial" w:hAnsi="Arial" w:cs="Arial"/>
          <w:b/>
          <w:bCs/>
          <w:i/>
          <w:iCs/>
        </w:rPr>
      </w:pPr>
      <w:r w:rsidRPr="0043508E">
        <w:rPr>
          <w:rFonts w:ascii="Arial" w:hAnsi="Arial" w:cs="Arial"/>
          <w:i/>
          <w:iCs/>
          <w:sz w:val="18"/>
          <w:szCs w:val="18"/>
        </w:rPr>
        <w:t>(barrare l’opzione desiderata)</w:t>
      </w:r>
    </w:p>
    <w:p w14:paraId="732D4744" w14:textId="601F4022" w:rsidR="00161C97" w:rsidRPr="00161C97" w:rsidRDefault="00161C97" w:rsidP="00161C97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</w:rPr>
      </w:pPr>
      <w:r w:rsidRPr="00161C97">
        <w:rPr>
          <w:rFonts w:ascii="Arial" w:hAnsi="Arial" w:cs="Arial"/>
        </w:rPr>
        <w:t>di voler essere ammesso</w:t>
      </w:r>
      <w:r w:rsidR="00B56F8B">
        <w:rPr>
          <w:rFonts w:ascii="Arial" w:hAnsi="Arial" w:cs="Arial"/>
        </w:rPr>
        <w:t>/a</w:t>
      </w:r>
      <w:r w:rsidRPr="00161C97">
        <w:rPr>
          <w:rFonts w:ascii="Arial" w:hAnsi="Arial" w:cs="Arial"/>
        </w:rPr>
        <w:t>, al termine della partecipazione al Corso e con esito positivo della prova finale, all’esame di abilitazione per l’iscrizione nell’Elenco Speciale per Direttori Sportivi della Federazione Italiana Giuoco Calcio;</w:t>
      </w:r>
    </w:p>
    <w:p w14:paraId="2B13E953" w14:textId="6856708D" w:rsidR="00161C97" w:rsidRPr="00161C97" w:rsidRDefault="00161C97" w:rsidP="00161C97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</w:rPr>
      </w:pPr>
      <w:r w:rsidRPr="00161C97">
        <w:rPr>
          <w:rFonts w:ascii="Arial" w:hAnsi="Arial" w:cs="Arial"/>
        </w:rPr>
        <w:t>di non voler essere ammesso</w:t>
      </w:r>
      <w:r w:rsidR="00B56F8B">
        <w:rPr>
          <w:rFonts w:ascii="Arial" w:hAnsi="Arial" w:cs="Arial"/>
        </w:rPr>
        <w:t>/a</w:t>
      </w:r>
      <w:r w:rsidRPr="00161C97">
        <w:rPr>
          <w:rFonts w:ascii="Arial" w:hAnsi="Arial" w:cs="Arial"/>
        </w:rPr>
        <w:t xml:space="preserve"> </w:t>
      </w:r>
      <w:proofErr w:type="spellStart"/>
      <w:r w:rsidRPr="00161C97">
        <w:rPr>
          <w:rFonts w:ascii="Arial" w:hAnsi="Arial" w:cs="Arial"/>
        </w:rPr>
        <w:t>a</w:t>
      </w:r>
      <w:proofErr w:type="spellEnd"/>
      <w:r w:rsidRPr="00161C97">
        <w:rPr>
          <w:rFonts w:ascii="Arial" w:hAnsi="Arial" w:cs="Arial"/>
        </w:rPr>
        <w:t xml:space="preserve"> tale esame di abilitazione della F.I.G.C.</w:t>
      </w:r>
    </w:p>
    <w:p w14:paraId="3889416D" w14:textId="77777777" w:rsidR="0043508E" w:rsidRDefault="0043508E" w:rsidP="00161C97">
      <w:pPr>
        <w:jc w:val="both"/>
        <w:rPr>
          <w:rFonts w:ascii="Arial" w:hAnsi="Arial" w:cs="Arial"/>
        </w:rPr>
      </w:pPr>
    </w:p>
    <w:p w14:paraId="0F63E905" w14:textId="25869EDD" w:rsidR="00161C97" w:rsidRPr="00161C97" w:rsidRDefault="00161C97" w:rsidP="00161C97">
      <w:pPr>
        <w:jc w:val="both"/>
        <w:rPr>
          <w:rFonts w:ascii="Arial" w:hAnsi="Arial" w:cs="Arial"/>
        </w:rPr>
      </w:pPr>
      <w:r w:rsidRPr="00161C97">
        <w:rPr>
          <w:rFonts w:ascii="Arial" w:hAnsi="Arial" w:cs="Arial"/>
        </w:rPr>
        <w:t>Il/la sottoscritto/a si impegna, inoltre, a comunicare qualsiasi variazione intervenuta</w:t>
      </w:r>
      <w:r w:rsidR="0043508E">
        <w:rPr>
          <w:rFonts w:ascii="Arial" w:hAnsi="Arial" w:cs="Arial"/>
        </w:rPr>
        <w:t xml:space="preserve"> </w:t>
      </w:r>
      <w:r w:rsidRPr="00161C97">
        <w:rPr>
          <w:rFonts w:ascii="Arial" w:hAnsi="Arial" w:cs="Arial"/>
        </w:rPr>
        <w:t>successivamente alla</w:t>
      </w:r>
      <w:r>
        <w:rPr>
          <w:rFonts w:ascii="Arial" w:hAnsi="Arial" w:cs="Arial"/>
        </w:rPr>
        <w:t xml:space="preserve"> </w:t>
      </w:r>
      <w:r w:rsidRPr="00161C97">
        <w:rPr>
          <w:rFonts w:ascii="Arial" w:hAnsi="Arial" w:cs="Arial"/>
        </w:rPr>
        <w:t>sottoscrizione della presente e relativa a quanto sopra dichiarato.</w:t>
      </w:r>
    </w:p>
    <w:p w14:paraId="02B4A7E1" w14:textId="77777777" w:rsidR="0043508E" w:rsidRDefault="0043508E" w:rsidP="0043508E">
      <w:pPr>
        <w:spacing w:after="0"/>
        <w:jc w:val="center"/>
        <w:rPr>
          <w:rFonts w:ascii="Arial" w:hAnsi="Arial" w:cs="Arial"/>
          <w:b/>
          <w:bCs/>
        </w:rPr>
      </w:pPr>
    </w:p>
    <w:p w14:paraId="571999C4" w14:textId="049FD4D5" w:rsidR="003062A2" w:rsidRPr="0043508E" w:rsidRDefault="00161C97" w:rsidP="0043508E">
      <w:pPr>
        <w:spacing w:after="0"/>
        <w:jc w:val="center"/>
        <w:rPr>
          <w:rFonts w:ascii="Arial" w:hAnsi="Arial" w:cs="Arial"/>
          <w:b/>
          <w:bCs/>
        </w:rPr>
      </w:pPr>
      <w:r w:rsidRPr="00161C97">
        <w:rPr>
          <w:rFonts w:ascii="Arial" w:hAnsi="Arial" w:cs="Arial"/>
          <w:b/>
          <w:bCs/>
        </w:rPr>
        <w:t xml:space="preserve">Nel rispetto del Bando di ammissione, </w:t>
      </w:r>
      <w:r w:rsidRPr="0043508E">
        <w:rPr>
          <w:rFonts w:ascii="Arial" w:hAnsi="Arial" w:cs="Arial"/>
          <w:b/>
          <w:bCs/>
        </w:rPr>
        <w:t>ALLEGO:</w:t>
      </w:r>
    </w:p>
    <w:p w14:paraId="054C7B2A" w14:textId="77777777" w:rsidR="0043508E" w:rsidRPr="00161C97" w:rsidRDefault="0043508E" w:rsidP="0043508E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161C97">
        <w:rPr>
          <w:rFonts w:ascii="Arial" w:hAnsi="Arial" w:cs="Arial"/>
          <w:i/>
          <w:iCs/>
          <w:sz w:val="18"/>
          <w:szCs w:val="18"/>
        </w:rPr>
        <w:t>(barrare la casella corrispondente ai documenti allegati)</w:t>
      </w:r>
    </w:p>
    <w:p w14:paraId="0AD1EBFA" w14:textId="69500FA8" w:rsidR="00032590" w:rsidRDefault="004234BF" w:rsidP="00032590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32590">
        <w:rPr>
          <w:rFonts w:ascii="Arial" w:hAnsi="Arial" w:cs="Arial"/>
        </w:rPr>
        <w:t xml:space="preserve">Documento identità </w:t>
      </w:r>
      <w:r w:rsidR="00161C97">
        <w:rPr>
          <w:rFonts w:ascii="Arial" w:hAnsi="Arial" w:cs="Arial"/>
        </w:rPr>
        <w:t xml:space="preserve">in corso di validità </w:t>
      </w:r>
      <w:r w:rsidR="00032590" w:rsidRPr="00032590">
        <w:rPr>
          <w:rFonts w:ascii="Arial" w:hAnsi="Arial" w:cs="Arial"/>
        </w:rPr>
        <w:t>(*)</w:t>
      </w:r>
    </w:p>
    <w:p w14:paraId="0C2CCC9F" w14:textId="738A157D" w:rsidR="003062A2" w:rsidRPr="00032590" w:rsidRDefault="004234BF" w:rsidP="00032590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32590">
        <w:rPr>
          <w:rFonts w:ascii="Arial" w:hAnsi="Arial" w:cs="Arial"/>
        </w:rPr>
        <w:t>C</w:t>
      </w:r>
      <w:r w:rsidR="00032590">
        <w:rPr>
          <w:rFonts w:ascii="Arial" w:hAnsi="Arial" w:cs="Arial"/>
        </w:rPr>
        <w:t>odice fiscale</w:t>
      </w:r>
      <w:r w:rsidRPr="00032590">
        <w:rPr>
          <w:rFonts w:ascii="Arial" w:hAnsi="Arial" w:cs="Arial"/>
        </w:rPr>
        <w:t xml:space="preserve"> </w:t>
      </w:r>
      <w:r w:rsidR="00161C97">
        <w:rPr>
          <w:rFonts w:ascii="Arial" w:hAnsi="Arial" w:cs="Arial"/>
        </w:rPr>
        <w:t xml:space="preserve">in corso di validità </w:t>
      </w:r>
      <w:r w:rsidRPr="00032590">
        <w:rPr>
          <w:rFonts w:ascii="Arial" w:hAnsi="Arial" w:cs="Arial"/>
        </w:rPr>
        <w:t>(*)</w:t>
      </w:r>
    </w:p>
    <w:p w14:paraId="2DB2B020" w14:textId="1592FFEE" w:rsidR="003062A2" w:rsidRPr="00032590" w:rsidRDefault="004234BF" w:rsidP="00032590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32590">
        <w:rPr>
          <w:rFonts w:ascii="Arial" w:hAnsi="Arial" w:cs="Arial"/>
        </w:rPr>
        <w:t>Fototessera (*)</w:t>
      </w:r>
    </w:p>
    <w:p w14:paraId="68BEF6AA" w14:textId="6AF31FD7" w:rsidR="003062A2" w:rsidRPr="00032590" w:rsidRDefault="003454F3" w:rsidP="00032590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Copia del b</w:t>
      </w:r>
      <w:r w:rsidRPr="00032590">
        <w:rPr>
          <w:rFonts w:ascii="Arial" w:hAnsi="Arial" w:cs="Arial"/>
        </w:rPr>
        <w:t>onifico</w:t>
      </w:r>
      <w:r>
        <w:rPr>
          <w:rFonts w:ascii="Arial" w:hAnsi="Arial" w:cs="Arial"/>
        </w:rPr>
        <w:t xml:space="preserve"> della</w:t>
      </w:r>
      <w:r w:rsidR="00032590">
        <w:rPr>
          <w:rFonts w:ascii="Arial" w:hAnsi="Arial" w:cs="Arial"/>
        </w:rPr>
        <w:t xml:space="preserve"> </w:t>
      </w:r>
      <w:proofErr w:type="gramStart"/>
      <w:r w:rsidRPr="00032590">
        <w:rPr>
          <w:rFonts w:ascii="Arial" w:hAnsi="Arial" w:cs="Arial"/>
        </w:rPr>
        <w:t>1ª</w:t>
      </w:r>
      <w:proofErr w:type="gramEnd"/>
      <w:r w:rsidRPr="00032590">
        <w:rPr>
          <w:rFonts w:ascii="Arial" w:hAnsi="Arial" w:cs="Arial"/>
        </w:rPr>
        <w:t xml:space="preserve"> rata</w:t>
      </w:r>
      <w:r w:rsidR="00161C97">
        <w:rPr>
          <w:rFonts w:ascii="Arial" w:hAnsi="Arial" w:cs="Arial"/>
        </w:rPr>
        <w:t xml:space="preserve"> di iscrizione</w:t>
      </w:r>
      <w:r w:rsidRPr="00032590">
        <w:rPr>
          <w:rFonts w:ascii="Arial" w:hAnsi="Arial" w:cs="Arial"/>
        </w:rPr>
        <w:t xml:space="preserve"> (*)</w:t>
      </w:r>
    </w:p>
    <w:p w14:paraId="5F0A6F38" w14:textId="77777777" w:rsidR="003454F3" w:rsidRDefault="004234BF" w:rsidP="003454F3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32590">
        <w:rPr>
          <w:rFonts w:ascii="Arial" w:hAnsi="Arial" w:cs="Arial"/>
        </w:rPr>
        <w:t xml:space="preserve">Informativa privacy </w:t>
      </w:r>
      <w:r w:rsidR="00161C97">
        <w:rPr>
          <w:rFonts w:ascii="Arial" w:hAnsi="Arial" w:cs="Arial"/>
        </w:rPr>
        <w:t xml:space="preserve">sottoscritta per presa visione </w:t>
      </w:r>
      <w:r w:rsidR="00032590">
        <w:rPr>
          <w:rFonts w:ascii="Arial" w:hAnsi="Arial" w:cs="Arial"/>
        </w:rPr>
        <w:t xml:space="preserve">- allegato D </w:t>
      </w:r>
      <w:r w:rsidRPr="00032590">
        <w:rPr>
          <w:rFonts w:ascii="Arial" w:hAnsi="Arial" w:cs="Arial"/>
        </w:rPr>
        <w:t>(*)</w:t>
      </w:r>
    </w:p>
    <w:p w14:paraId="273B27F1" w14:textId="4C25BE82" w:rsidR="003454F3" w:rsidRPr="00032590" w:rsidRDefault="003454F3" w:rsidP="003454F3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32590">
        <w:rPr>
          <w:rFonts w:ascii="Arial" w:hAnsi="Arial" w:cs="Arial"/>
        </w:rPr>
        <w:t xml:space="preserve">Lettera di accreditamento </w:t>
      </w:r>
      <w:r>
        <w:rPr>
          <w:rFonts w:ascii="Arial" w:hAnsi="Arial" w:cs="Arial"/>
        </w:rPr>
        <w:t xml:space="preserve">della Società – allegato C </w:t>
      </w:r>
      <w:r w:rsidRPr="00032590">
        <w:rPr>
          <w:rFonts w:ascii="Arial" w:hAnsi="Arial" w:cs="Arial"/>
        </w:rPr>
        <w:t>(</w:t>
      </w:r>
      <w:r>
        <w:rPr>
          <w:rFonts w:ascii="Arial" w:hAnsi="Arial" w:cs="Arial"/>
        </w:rPr>
        <w:t>^)</w:t>
      </w:r>
    </w:p>
    <w:p w14:paraId="0109D1F8" w14:textId="14CD85B3" w:rsidR="003062A2" w:rsidRPr="003454F3" w:rsidRDefault="003454F3" w:rsidP="003454F3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32590">
        <w:rPr>
          <w:rFonts w:ascii="Arial" w:hAnsi="Arial" w:cs="Arial"/>
        </w:rPr>
        <w:t>C</w:t>
      </w:r>
      <w:r>
        <w:rPr>
          <w:rFonts w:ascii="Arial" w:hAnsi="Arial" w:cs="Arial"/>
        </w:rPr>
        <w:t>ertificazione del c</w:t>
      </w:r>
      <w:r w:rsidRPr="00032590">
        <w:rPr>
          <w:rFonts w:ascii="Arial" w:hAnsi="Arial" w:cs="Arial"/>
        </w:rPr>
        <w:t>asellario giudiziale</w:t>
      </w:r>
      <w:r>
        <w:rPr>
          <w:rFonts w:ascii="Arial" w:hAnsi="Arial" w:cs="Arial"/>
        </w:rPr>
        <w:t xml:space="preserve"> per i 6 mesi precedenti alla domanda (da presentarsi comunque entro il termine del corso)</w:t>
      </w:r>
    </w:p>
    <w:p w14:paraId="32C67CA0" w14:textId="72C22C39" w:rsidR="0010252B" w:rsidRPr="00161C97" w:rsidRDefault="0010252B" w:rsidP="00032590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161C97">
        <w:rPr>
          <w:rFonts w:ascii="Arial" w:hAnsi="Arial" w:cs="Arial"/>
          <w:i/>
          <w:iCs/>
          <w:sz w:val="18"/>
          <w:szCs w:val="18"/>
        </w:rPr>
        <w:t xml:space="preserve">(*) </w:t>
      </w:r>
      <w:r w:rsidR="00032590" w:rsidRPr="00161C97">
        <w:rPr>
          <w:rFonts w:ascii="Arial" w:hAnsi="Arial" w:cs="Arial"/>
          <w:i/>
          <w:iCs/>
          <w:sz w:val="18"/>
          <w:szCs w:val="18"/>
        </w:rPr>
        <w:t xml:space="preserve">documento </w:t>
      </w:r>
      <w:r w:rsidRPr="00161C97">
        <w:rPr>
          <w:rFonts w:ascii="Arial" w:hAnsi="Arial" w:cs="Arial"/>
          <w:i/>
          <w:iCs/>
          <w:sz w:val="18"/>
          <w:szCs w:val="18"/>
        </w:rPr>
        <w:t>obbligatori</w:t>
      </w:r>
      <w:r w:rsidR="00032590" w:rsidRPr="00161C97">
        <w:rPr>
          <w:rFonts w:ascii="Arial" w:hAnsi="Arial" w:cs="Arial"/>
          <w:i/>
          <w:iCs/>
          <w:sz w:val="18"/>
          <w:szCs w:val="18"/>
        </w:rPr>
        <w:t>o</w:t>
      </w:r>
    </w:p>
    <w:p w14:paraId="43238A3F" w14:textId="0631F0DB" w:rsidR="00032590" w:rsidRPr="00161C97" w:rsidRDefault="00032590" w:rsidP="00032590">
      <w:pPr>
        <w:rPr>
          <w:rFonts w:ascii="Arial" w:hAnsi="Arial" w:cs="Arial"/>
          <w:i/>
          <w:iCs/>
          <w:sz w:val="18"/>
          <w:szCs w:val="18"/>
        </w:rPr>
      </w:pPr>
      <w:r w:rsidRPr="00161C97">
        <w:rPr>
          <w:rFonts w:ascii="Arial" w:hAnsi="Arial" w:cs="Arial"/>
          <w:i/>
          <w:iCs/>
          <w:sz w:val="18"/>
          <w:szCs w:val="18"/>
        </w:rPr>
        <w:t>(^) documento obbligatorio per tesserati</w:t>
      </w:r>
    </w:p>
    <w:p w14:paraId="5B16CF17" w14:textId="77777777" w:rsidR="0010252B" w:rsidRDefault="0010252B">
      <w:pPr>
        <w:rPr>
          <w:rFonts w:ascii="Arial" w:hAnsi="Arial" w:cs="Arial"/>
        </w:rPr>
      </w:pPr>
    </w:p>
    <w:p w14:paraId="21C7571C" w14:textId="3A896B7C" w:rsidR="00032590" w:rsidRPr="00307370" w:rsidRDefault="00032590" w:rsidP="00032590">
      <w:pPr>
        <w:rPr>
          <w:rFonts w:ascii="Arial" w:hAnsi="Arial" w:cs="Arial"/>
        </w:rPr>
      </w:pPr>
      <w:r w:rsidRPr="00307370">
        <w:rPr>
          <w:rFonts w:ascii="Arial" w:hAnsi="Arial" w:cs="Arial"/>
        </w:rPr>
        <w:t>Luogo e data</w:t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07370">
        <w:rPr>
          <w:rFonts w:ascii="Arial" w:hAnsi="Arial" w:cs="Arial"/>
        </w:rPr>
        <w:t>Firma del</w:t>
      </w:r>
      <w:r w:rsidR="0043508E">
        <w:rPr>
          <w:rFonts w:ascii="Arial" w:hAnsi="Arial" w:cs="Arial"/>
        </w:rPr>
        <w:t>/la</w:t>
      </w:r>
      <w:r w:rsidRPr="00307370">
        <w:rPr>
          <w:rFonts w:ascii="Arial" w:hAnsi="Arial" w:cs="Arial"/>
        </w:rPr>
        <w:t xml:space="preserve"> </w:t>
      </w:r>
      <w:r w:rsidR="00B56F8B">
        <w:rPr>
          <w:rFonts w:ascii="Arial" w:hAnsi="Arial" w:cs="Arial"/>
        </w:rPr>
        <w:t>c</w:t>
      </w:r>
      <w:r>
        <w:rPr>
          <w:rFonts w:ascii="Arial" w:hAnsi="Arial" w:cs="Arial"/>
        </w:rPr>
        <w:t>andidato</w:t>
      </w:r>
      <w:r w:rsidR="0043508E">
        <w:rPr>
          <w:rFonts w:ascii="Arial" w:hAnsi="Arial" w:cs="Arial"/>
        </w:rPr>
        <w:t>/a</w:t>
      </w:r>
    </w:p>
    <w:p w14:paraId="7765854A" w14:textId="77777777" w:rsidR="00032590" w:rsidRPr="00307370" w:rsidRDefault="00032590" w:rsidP="00032590">
      <w:pPr>
        <w:rPr>
          <w:rFonts w:ascii="Arial" w:hAnsi="Arial" w:cs="Arial"/>
        </w:rPr>
      </w:pPr>
      <w:r w:rsidRPr="0030737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</w:t>
      </w:r>
      <w:r w:rsidRPr="00307370">
        <w:rPr>
          <w:rFonts w:ascii="Arial" w:hAnsi="Arial" w:cs="Arial"/>
        </w:rPr>
        <w:t>___</w:t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</w:r>
      <w:r w:rsidRPr="00307370"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>_</w:t>
      </w:r>
      <w:r w:rsidRPr="00307370">
        <w:rPr>
          <w:rFonts w:ascii="Arial" w:hAnsi="Arial" w:cs="Arial"/>
        </w:rPr>
        <w:t>____________</w:t>
      </w:r>
    </w:p>
    <w:p w14:paraId="5AC182EA" w14:textId="39EBF472" w:rsidR="0010252B" w:rsidRPr="00032590" w:rsidRDefault="0010252B">
      <w:pPr>
        <w:rPr>
          <w:rFonts w:ascii="Arial" w:hAnsi="Arial" w:cs="Arial"/>
          <w:i/>
          <w:iCs/>
        </w:rPr>
      </w:pPr>
    </w:p>
    <w:p w14:paraId="0C2BF19F" w14:textId="77777777" w:rsidR="0010252B" w:rsidRPr="00032590" w:rsidRDefault="0010252B">
      <w:pPr>
        <w:rPr>
          <w:rFonts w:ascii="Arial" w:hAnsi="Arial" w:cs="Arial"/>
          <w:i/>
          <w:iCs/>
        </w:rPr>
      </w:pPr>
    </w:p>
    <w:p w14:paraId="71F2C048" w14:textId="77777777" w:rsidR="003062A2" w:rsidRPr="00547DB7" w:rsidRDefault="003062A2">
      <w:pPr>
        <w:rPr>
          <w:rFonts w:ascii="Arial" w:hAnsi="Arial" w:cs="Arial"/>
        </w:rPr>
      </w:pPr>
    </w:p>
    <w:sectPr w:rsidR="003062A2" w:rsidRPr="00547DB7" w:rsidSect="00C87D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418" w:bottom="1418" w:left="1418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8EC1" w14:textId="77777777" w:rsidR="004234BF" w:rsidRDefault="004234BF" w:rsidP="00C87DB9">
      <w:pPr>
        <w:spacing w:after="0" w:line="240" w:lineRule="auto"/>
      </w:pPr>
      <w:r>
        <w:separator/>
      </w:r>
    </w:p>
  </w:endnote>
  <w:endnote w:type="continuationSeparator" w:id="0">
    <w:p w14:paraId="16F268EE" w14:textId="77777777" w:rsidR="004234BF" w:rsidRDefault="004234BF" w:rsidP="00C8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95DC" w14:textId="77777777" w:rsidR="00706AA8" w:rsidRDefault="00706A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798539"/>
      <w:docPartObj>
        <w:docPartGallery w:val="Page Numbers (Bottom of Page)"/>
        <w:docPartUnique/>
      </w:docPartObj>
    </w:sdtPr>
    <w:sdtEndPr/>
    <w:sdtContent>
      <w:p w14:paraId="13E1B922" w14:textId="4D69E025" w:rsidR="00C87DB9" w:rsidRDefault="002317F3">
        <w:pPr>
          <w:pStyle w:val="Pidipagina"/>
          <w:jc w:val="right"/>
        </w:pP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di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725971BB" w14:textId="77777777" w:rsidR="00C87DB9" w:rsidRDefault="00C87D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03B2" w14:textId="77777777" w:rsidR="00706AA8" w:rsidRDefault="00706A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9A54" w14:textId="77777777" w:rsidR="004234BF" w:rsidRDefault="004234BF" w:rsidP="00C87DB9">
      <w:pPr>
        <w:spacing w:after="0" w:line="240" w:lineRule="auto"/>
      </w:pPr>
      <w:r>
        <w:separator/>
      </w:r>
    </w:p>
  </w:footnote>
  <w:footnote w:type="continuationSeparator" w:id="0">
    <w:p w14:paraId="29465956" w14:textId="77777777" w:rsidR="004234BF" w:rsidRDefault="004234BF" w:rsidP="00C87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5B80" w14:textId="77777777" w:rsidR="00706AA8" w:rsidRDefault="00706A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A24B" w14:textId="1C7E9FAE" w:rsidR="00706AA8" w:rsidRDefault="00706AA8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C08BC9" wp14:editId="5D1B4C67">
          <wp:simplePos x="0" y="0"/>
          <wp:positionH relativeFrom="column">
            <wp:posOffset>-800100</wp:posOffset>
          </wp:positionH>
          <wp:positionV relativeFrom="paragraph">
            <wp:posOffset>-655320</wp:posOffset>
          </wp:positionV>
          <wp:extent cx="7568337" cy="10697432"/>
          <wp:effectExtent l="0" t="0" r="1270" b="0"/>
          <wp:wrapNone/>
          <wp:docPr id="397879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79339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337" cy="10697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7D4D" w14:textId="77777777" w:rsidR="00706AA8" w:rsidRDefault="00706A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ED36B6"/>
    <w:multiLevelType w:val="hybridMultilevel"/>
    <w:tmpl w:val="1B9C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16025F"/>
    <w:multiLevelType w:val="hybridMultilevel"/>
    <w:tmpl w:val="341449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46A5B"/>
    <w:multiLevelType w:val="hybridMultilevel"/>
    <w:tmpl w:val="E202258C"/>
    <w:lvl w:ilvl="0" w:tplc="3AAADE9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FC15EB"/>
    <w:multiLevelType w:val="hybridMultilevel"/>
    <w:tmpl w:val="D2E2A34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8C42D2">
      <w:start w:val="5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824D20"/>
    <w:multiLevelType w:val="hybridMultilevel"/>
    <w:tmpl w:val="1C22C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A65F3"/>
    <w:multiLevelType w:val="hybridMultilevel"/>
    <w:tmpl w:val="B4083322"/>
    <w:lvl w:ilvl="0" w:tplc="3AAADE9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F33881"/>
    <w:multiLevelType w:val="hybridMultilevel"/>
    <w:tmpl w:val="6A2207B8"/>
    <w:lvl w:ilvl="0" w:tplc="3AAADE9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3E39"/>
    <w:multiLevelType w:val="hybridMultilevel"/>
    <w:tmpl w:val="8FDC7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16C2E"/>
    <w:multiLevelType w:val="hybridMultilevel"/>
    <w:tmpl w:val="FD822058"/>
    <w:lvl w:ilvl="0" w:tplc="3AAADE9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4F8C42D2">
      <w:start w:val="5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660697">
    <w:abstractNumId w:val="8"/>
  </w:num>
  <w:num w:numId="2" w16cid:durableId="654797259">
    <w:abstractNumId w:val="6"/>
  </w:num>
  <w:num w:numId="3" w16cid:durableId="1474132583">
    <w:abstractNumId w:val="5"/>
  </w:num>
  <w:num w:numId="4" w16cid:durableId="992832840">
    <w:abstractNumId w:val="4"/>
  </w:num>
  <w:num w:numId="5" w16cid:durableId="1696538584">
    <w:abstractNumId w:val="7"/>
  </w:num>
  <w:num w:numId="6" w16cid:durableId="964624539">
    <w:abstractNumId w:val="3"/>
  </w:num>
  <w:num w:numId="7" w16cid:durableId="1695576014">
    <w:abstractNumId w:val="2"/>
  </w:num>
  <w:num w:numId="8" w16cid:durableId="2130664274">
    <w:abstractNumId w:val="1"/>
  </w:num>
  <w:num w:numId="9" w16cid:durableId="1485125650">
    <w:abstractNumId w:val="0"/>
  </w:num>
  <w:num w:numId="10" w16cid:durableId="1262832626">
    <w:abstractNumId w:val="14"/>
  </w:num>
  <w:num w:numId="11" w16cid:durableId="1789351326">
    <w:abstractNumId w:val="15"/>
  </w:num>
  <w:num w:numId="12" w16cid:durableId="130637573">
    <w:abstractNumId w:val="17"/>
  </w:num>
  <w:num w:numId="13" w16cid:durableId="377359201">
    <w:abstractNumId w:val="10"/>
  </w:num>
  <w:num w:numId="14" w16cid:durableId="1311208777">
    <w:abstractNumId w:val="13"/>
  </w:num>
  <w:num w:numId="15" w16cid:durableId="241187605">
    <w:abstractNumId w:val="16"/>
  </w:num>
  <w:num w:numId="16" w16cid:durableId="514156047">
    <w:abstractNumId w:val="11"/>
  </w:num>
  <w:num w:numId="17" w16cid:durableId="580219621">
    <w:abstractNumId w:val="9"/>
  </w:num>
  <w:num w:numId="18" w16cid:durableId="217322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590"/>
    <w:rsid w:val="00034616"/>
    <w:rsid w:val="0006063C"/>
    <w:rsid w:val="0010252B"/>
    <w:rsid w:val="0015074B"/>
    <w:rsid w:val="00161C97"/>
    <w:rsid w:val="002317F3"/>
    <w:rsid w:val="00292C23"/>
    <w:rsid w:val="0029639D"/>
    <w:rsid w:val="002A38BC"/>
    <w:rsid w:val="003062A2"/>
    <w:rsid w:val="00317177"/>
    <w:rsid w:val="00326F90"/>
    <w:rsid w:val="003454F3"/>
    <w:rsid w:val="004234BF"/>
    <w:rsid w:val="0043508E"/>
    <w:rsid w:val="00547DB7"/>
    <w:rsid w:val="005B0573"/>
    <w:rsid w:val="0065508D"/>
    <w:rsid w:val="00706AA8"/>
    <w:rsid w:val="00873663"/>
    <w:rsid w:val="0088166A"/>
    <w:rsid w:val="008972D8"/>
    <w:rsid w:val="00927BB5"/>
    <w:rsid w:val="00AA1D8D"/>
    <w:rsid w:val="00B47730"/>
    <w:rsid w:val="00B56F8B"/>
    <w:rsid w:val="00C300BF"/>
    <w:rsid w:val="00C87DB9"/>
    <w:rsid w:val="00CB0664"/>
    <w:rsid w:val="00CD6836"/>
    <w:rsid w:val="00E34EDE"/>
    <w:rsid w:val="00FC5307"/>
    <w:rsid w:val="00FC693F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949B3"/>
  <w14:defaultImageDpi w14:val="300"/>
  <w15:docId w15:val="{871449BE-5D60-4EB1-8411-E3065C0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161C9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1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.martina@centrostudi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Gotti</cp:lastModifiedBy>
  <cp:revision>17</cp:revision>
  <dcterms:created xsi:type="dcterms:W3CDTF">2013-12-23T23:15:00Z</dcterms:created>
  <dcterms:modified xsi:type="dcterms:W3CDTF">2026-03-30T15:08:00Z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ef5dc1-2837-42e4-8260-e59431842eb3_Enabled">
    <vt:lpwstr>true</vt:lpwstr>
  </property>
  <property fmtid="{D5CDD505-2E9C-101B-9397-08002B2CF9AE}" pid="3" name="MSIP_Label_35ef5dc1-2837-42e4-8260-e59431842eb3_SetDate">
    <vt:lpwstr>2026-03-30T15:07:26Z</vt:lpwstr>
  </property>
  <property fmtid="{D5CDD505-2E9C-101B-9397-08002B2CF9AE}" pid="4" name="MSIP_Label_35ef5dc1-2837-42e4-8260-e59431842eb3_Method">
    <vt:lpwstr>Privileged</vt:lpwstr>
  </property>
  <property fmtid="{D5CDD505-2E9C-101B-9397-08002B2CF9AE}" pid="5" name="MSIP_Label_35ef5dc1-2837-42e4-8260-e59431842eb3_Name">
    <vt:lpwstr>General</vt:lpwstr>
  </property>
  <property fmtid="{D5CDD505-2E9C-101B-9397-08002B2CF9AE}" pid="6" name="MSIP_Label_35ef5dc1-2837-42e4-8260-e59431842eb3_SiteId">
    <vt:lpwstr>c90bbec6-7fc0-4348-9c10-90d433087a4c</vt:lpwstr>
  </property>
  <property fmtid="{D5CDD505-2E9C-101B-9397-08002B2CF9AE}" pid="7" name="MSIP_Label_35ef5dc1-2837-42e4-8260-e59431842eb3_ActionId">
    <vt:lpwstr>d63cf276-cba5-4072-bd31-fd90e8318763</vt:lpwstr>
  </property>
  <property fmtid="{D5CDD505-2E9C-101B-9397-08002B2CF9AE}" pid="8" name="MSIP_Label_35ef5dc1-2837-42e4-8260-e59431842eb3_ContentBits">
    <vt:lpwstr>0</vt:lpwstr>
  </property>
  <property fmtid="{D5CDD505-2E9C-101B-9397-08002B2CF9AE}" pid="9" name="MSIP_Label_35ef5dc1-2837-42e4-8260-e59431842eb3_Tag">
    <vt:lpwstr>10, 0, 1, 1</vt:lpwstr>
  </property>
</Properties>
</file>